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Cambria" w:hAnsi="Cambria" w:eastAsia="Cambria"/>
          <w:b/>
          <w:i w:val="0"/>
          <w:color w:val="161F33"/>
          <w:sz w:val="48"/>
        </w:rPr>
        <w:t>[Your Name]</w:t>
      </w:r>
    </w:p>
    <w:p>
      <w:pPr>
        <w:spacing w:after="60"/>
        <w:jc w:val="center"/>
      </w:pPr>
      <w:r>
        <w:rPr>
          <w:rFonts w:ascii="Cambria" w:hAnsi="Cambria" w:eastAsia="Cambria"/>
          <w:b/>
          <w:i w:val="0"/>
          <w:color w:val="B8903C"/>
          <w:sz w:val="19"/>
        </w:rPr>
        <w:t>MBA Graduate | Business Analysis, Leadership &amp; Delivery</w:t>
      </w:r>
    </w:p>
    <w:p>
      <w:pPr>
        <w:spacing w:after="80"/>
        <w:jc w:val="center"/>
        <w:pBdr>
          <w:bottom w:val="single" w:sz="8" w:space="4" w:color="B8903C"/>
        </w:pBdr>
      </w:pPr>
      <w:r>
        <w:rPr>
          <w:rFonts w:ascii="Calibri" w:hAnsi="Calibri" w:eastAsia="Calibri"/>
          <w:b w:val="0"/>
          <w:i w:val="0"/>
          <w:color w:val="4B5563"/>
          <w:sz w:val="17"/>
        </w:rPr>
        <w:t>[City, State]  |  [Phone]  |  [Email]  |  [LinkedIn URL]</w:t>
      </w:r>
    </w:p>
    <w:p>
      <w:pPr>
        <w:keepNext/>
        <w:spacing w:before="140" w:after="60"/>
        <w:pBdr>
          <w:bottom w:val="single" w:sz="5" w:space="2" w:color="B8903C"/>
        </w:pBdr>
      </w:pPr>
      <w:r>
        <w:rPr>
          <w:rFonts w:ascii="Cambria" w:hAnsi="Cambria" w:eastAsia="Cambria"/>
          <w:b/>
          <w:i w:val="0"/>
          <w:color w:val="161F33"/>
          <w:sz w:val="22"/>
        </w:rPr>
        <w:t>Professional Summary</w:t>
      </w:r>
    </w:p>
    <w:p>
      <w:pPr>
        <w:keepLines/>
        <w:spacing w:after="40"/>
      </w:pPr>
      <w:r>
        <w:rPr>
          <w:rFonts w:ascii="Cambria" w:hAnsi="Cambria" w:eastAsia="Cambria"/>
          <w:b w:val="0"/>
          <w:i w:val="0"/>
          <w:color w:val="1F2937"/>
          <w:sz w:val="19"/>
        </w:rPr>
        <w:t>[Connect your education, leadership experience and target business role.]</w:t>
      </w:r>
    </w:p>
    <w:p>
      <w:pPr>
        <w:keepNext/>
        <w:spacing w:before="140" w:after="60"/>
        <w:pBdr>
          <w:bottom w:val="single" w:sz="5" w:space="2" w:color="B8903C"/>
        </w:pBdr>
      </w:pPr>
      <w:r>
        <w:rPr>
          <w:rFonts w:ascii="Cambria" w:hAnsi="Cambria" w:eastAsia="Cambria"/>
          <w:b/>
          <w:i w:val="0"/>
          <w:color w:val="161F33"/>
          <w:sz w:val="22"/>
        </w:rPr>
        <w:t>Education</w:t>
      </w:r>
    </w:p>
    <w:p>
      <w:pPr>
        <w:keepLines/>
        <w:spacing w:after="40"/>
      </w:pPr>
      <w:r>
        <w:rPr>
          <w:rFonts w:ascii="Cambria" w:hAnsi="Cambria" w:eastAsia="Cambria"/>
          <w:b w:val="0"/>
          <w:i w:val="0"/>
          <w:color w:val="1F2937"/>
          <w:sz w:val="19"/>
        </w:rPr>
        <w:t>MBA, [Concentration]  |  [Institution]  |  [Year]</w:t>
      </w:r>
    </w:p>
    <w:p>
      <w:pPr>
        <w:keepLines/>
        <w:spacing w:after="40"/>
      </w:pPr>
      <w:r>
        <w:rPr>
          <w:rFonts w:ascii="Cambria" w:hAnsi="Cambria" w:eastAsia="Cambria"/>
          <w:b w:val="0"/>
          <w:i w:val="0"/>
          <w:color w:val="1F2937"/>
          <w:sz w:val="19"/>
        </w:rPr>
        <w:t>GMAT / academic distinction: [Optional]  |  Leadership: [Club or initiative]</w:t>
      </w:r>
    </w:p>
    <w:p>
      <w:pPr>
        <w:keepNext/>
        <w:spacing w:before="140" w:after="60"/>
        <w:pBdr>
          <w:bottom w:val="single" w:sz="5" w:space="2" w:color="B8903C"/>
        </w:pBdr>
      </w:pPr>
      <w:r>
        <w:rPr>
          <w:rFonts w:ascii="Cambria" w:hAnsi="Cambria" w:eastAsia="Cambria"/>
          <w:b/>
          <w:i w:val="0"/>
          <w:color w:val="161F33"/>
          <w:sz w:val="22"/>
        </w:rPr>
        <w:t>Selected Projects</w:t>
      </w:r>
    </w:p>
    <w:p>
      <w:pPr>
        <w:keepLines/>
        <w:spacing w:after="40"/>
      </w:pPr>
      <w:r>
        <w:rPr>
          <w:rFonts w:ascii="Cambria" w:hAnsi="Cambria" w:eastAsia="Cambria"/>
          <w:b w:val="0"/>
          <w:i w:val="0"/>
          <w:color w:val="1F2937"/>
          <w:sz w:val="19"/>
        </w:rPr>
        <w:t>[Consulting / capstone project]  |  [Client type or sector]  |  [Dates]</w:t>
      </w:r>
    </w:p>
    <w:p>
      <w:pPr>
        <w:keepLines/>
        <w:spacing w:after="40"/>
        <w:ind w:left="230" w:hanging="173"/>
      </w:pPr>
      <w:r>
        <w:rPr>
          <w:rFonts w:ascii="Cambria" w:hAnsi="Cambria" w:eastAsia="Cambria"/>
          <w:b w:val="0"/>
          <w:i w:val="0"/>
          <w:color w:val="1F2937"/>
          <w:sz w:val="19"/>
        </w:rPr>
        <w:t>• [Analysis, recommendation and measurable or decision-making impact.]</w:t>
      </w:r>
    </w:p>
    <w:p>
      <w:pPr>
        <w:keepLines/>
        <w:spacing w:after="40"/>
      </w:pPr>
      <w:r>
        <w:rPr>
          <w:rFonts w:ascii="Cambria" w:hAnsi="Cambria" w:eastAsia="Cambria"/>
          <w:b w:val="0"/>
          <w:i w:val="0"/>
          <w:color w:val="1F2937"/>
          <w:sz w:val="19"/>
        </w:rPr>
        <w:t>[Business project]  |  [Methods / tools]  |  [Dates]</w:t>
      </w:r>
    </w:p>
    <w:p>
      <w:pPr>
        <w:keepLines/>
        <w:spacing w:after="40"/>
        <w:ind w:left="230" w:hanging="173"/>
      </w:pPr>
      <w:r>
        <w:rPr>
          <w:rFonts w:ascii="Cambria" w:hAnsi="Cambria" w:eastAsia="Cambria"/>
          <w:b w:val="0"/>
          <w:i w:val="0"/>
          <w:color w:val="1F2937"/>
          <w:sz w:val="19"/>
        </w:rPr>
        <w:t>• [Your role, deliverable and result.]</w:t>
      </w:r>
    </w:p>
    <w:p>
      <w:pPr>
        <w:keepNext/>
        <w:spacing w:before="140" w:after="60"/>
        <w:pBdr>
          <w:bottom w:val="single" w:sz="5" w:space="2" w:color="B8903C"/>
        </w:pBdr>
      </w:pPr>
      <w:r>
        <w:rPr>
          <w:rFonts w:ascii="Cambria" w:hAnsi="Cambria" w:eastAsia="Cambria"/>
          <w:b/>
          <w:i w:val="0"/>
          <w:color w:val="161F33"/>
          <w:sz w:val="22"/>
        </w:rPr>
        <w:t>Professional Experience</w:t>
      </w:r>
    </w:p>
    <w:p>
      <w:pPr>
        <w:keepLines/>
        <w:spacing w:after="40"/>
      </w:pPr>
      <w:r>
        <w:rPr>
          <w:rFonts w:ascii="Cambria" w:hAnsi="Cambria" w:eastAsia="Cambria"/>
          <w:b w:val="0"/>
          <w:i w:val="0"/>
          <w:color w:val="1F2937"/>
          <w:sz w:val="19"/>
        </w:rPr>
        <w:t>[Role]  |  [Organisation]  |  [Dates]</w:t>
      </w:r>
    </w:p>
    <w:p>
      <w:pPr>
        <w:keepLines/>
        <w:spacing w:after="40"/>
        <w:ind w:left="230" w:hanging="173"/>
      </w:pPr>
      <w:r>
        <w:rPr>
          <w:rFonts w:ascii="Cambria" w:hAnsi="Cambria" w:eastAsia="Cambria"/>
          <w:b w:val="0"/>
          <w:i w:val="0"/>
          <w:color w:val="1F2937"/>
          <w:sz w:val="19"/>
        </w:rPr>
        <w:t>• [Business result with scale or metric.]</w:t>
      </w:r>
    </w:p>
    <w:p>
      <w:pPr>
        <w:keepLines/>
        <w:spacing w:after="40"/>
        <w:ind w:left="230" w:hanging="173"/>
      </w:pPr>
      <w:r>
        <w:rPr>
          <w:rFonts w:ascii="Cambria" w:hAnsi="Cambria" w:eastAsia="Cambria"/>
          <w:b w:val="0"/>
          <w:i w:val="0"/>
          <w:color w:val="1F2937"/>
          <w:sz w:val="19"/>
        </w:rPr>
        <w:t>• [Leadership, collaboration or operational improvement.]</w:t>
      </w:r>
    </w:p>
    <w:p>
      <w:pPr>
        <w:keepNext/>
        <w:spacing w:before="140" w:after="60"/>
        <w:pBdr>
          <w:bottom w:val="single" w:sz="5" w:space="2" w:color="B8903C"/>
        </w:pBdr>
      </w:pPr>
      <w:r>
        <w:rPr>
          <w:rFonts w:ascii="Cambria" w:hAnsi="Cambria" w:eastAsia="Cambria"/>
          <w:b/>
          <w:i w:val="0"/>
          <w:color w:val="161F33"/>
          <w:sz w:val="22"/>
        </w:rPr>
        <w:t>Core Competencies</w:t>
      </w:r>
    </w:p>
    <w:p>
      <w:pPr>
        <w:keepLines/>
        <w:spacing w:after="40"/>
      </w:pPr>
      <w:r>
        <w:rPr>
          <w:rFonts w:ascii="Cambria" w:hAnsi="Cambria" w:eastAsia="Cambria"/>
          <w:b w:val="0"/>
          <w:i w:val="0"/>
          <w:color w:val="1F2937"/>
          <w:sz w:val="19"/>
        </w:rPr>
        <w:t>[Strategy]  |  [Financial analysis]  |  [Operations]  |  [Market research]  |  [Presentation]</w:t>
      </w:r>
    </w:p>
    <w:p>
      <w:pPr>
        <w:keepNext/>
        <w:spacing w:before="140" w:after="60"/>
        <w:pBdr>
          <w:bottom w:val="single" w:sz="5" w:space="2" w:color="B8903C"/>
        </w:pBdr>
      </w:pPr>
      <w:r>
        <w:rPr>
          <w:rFonts w:ascii="Cambria" w:hAnsi="Cambria" w:eastAsia="Cambria"/>
          <w:b/>
          <w:i w:val="0"/>
          <w:color w:val="161F33"/>
          <w:sz w:val="22"/>
        </w:rPr>
        <w:t>Additional Information</w:t>
      </w:r>
    </w:p>
    <w:p>
      <w:pPr>
        <w:keepLines/>
        <w:spacing w:after="40"/>
      </w:pPr>
      <w:r>
        <w:rPr>
          <w:rFonts w:ascii="Cambria" w:hAnsi="Cambria" w:eastAsia="Cambria"/>
          <w:b w:val="0"/>
          <w:i w:val="0"/>
          <w:color w:val="1F2937"/>
          <w:sz w:val="19"/>
        </w:rPr>
        <w:t>[Certifications]  |  [Languages]  |  [Relevant affiliations]</w:t>
      </w:r>
    </w:p>
    <w:sectPr w:rsidR="00FC693F" w:rsidRPr="0006063C" w:rsidSect="00034616">
      <w:footerReference w:type="default" r:id="rId9"/>
      <w:pgSz w:w="12240" w:h="15840"/>
      <w:pgMar w:top="893" w:right="979" w:bottom="893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i w:val="0"/>
        <w:color w:val="4B5563"/>
        <w:sz w:val="16"/>
      </w:rPr>
      <w:t>Resume template by Rishi Writes • Free for personal job-search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0" w:lineRule="auto"/>
    </w:pPr>
    <w:rPr>
      <w:rFonts w:ascii="Calibri" w:hAnsi="Calibri" w:eastAsia="Calibri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61F33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 w:eastAsia="Calibr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Capstone</dc:title>
  <dc:subject>Original resume template for personal job-search use</dc:subject>
  <dc:creator>Rishi Writes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