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Cambria" w:hAnsi="Cambria" w:eastAsia="Cambria"/>
          <w:b/>
          <w:i w:val="0"/>
          <w:color w:val="161F33"/>
          <w:sz w:val="48"/>
        </w:rPr>
        <w:t>[Your Name]</w:t>
      </w:r>
    </w:p>
    <w:p>
      <w:pPr>
        <w:spacing w:after="60"/>
        <w:jc w:val="center"/>
      </w:pPr>
      <w:r>
        <w:rPr>
          <w:rFonts w:ascii="Cambria" w:hAnsi="Cambria" w:eastAsia="Cambria"/>
          <w:b/>
          <w:i w:val="0"/>
          <w:color w:val="B8903C"/>
          <w:sz w:val="19"/>
        </w:rPr>
        <w:t>Physician | Clinical Practice, Licensure &amp; Patient Care</w:t>
      </w:r>
    </w:p>
    <w:p>
      <w:pPr>
        <w:spacing w:after="80"/>
        <w:jc w:val="center"/>
        <w:pBdr>
          <w:bottom w:val="single" w:sz="8" w:space="4" w:color="B8903C"/>
        </w:pBdr>
      </w:pPr>
      <w:r>
        <w:rPr>
          <w:rFonts w:ascii="Calibri" w:hAnsi="Calibri" w:eastAsia="Calibri"/>
          <w:b w:val="0"/>
          <w:i w:val="0"/>
          <w:color w:val="4B5563"/>
          <w:sz w:val="17"/>
        </w:rPr>
        <w:t>[City, State]  |  [Phone]  |  [Email]  |  [LinkedIn URL]</w:t>
      </w:r>
    </w:p>
    <w:p>
      <w:pPr>
        <w:keepNext/>
        <w:spacing w:before="140" w:after="60"/>
        <w:pBdr>
          <w:bottom w:val="single" w:sz="5" w:space="2" w:color="B8903C"/>
        </w:pBdr>
      </w:pPr>
      <w:r>
        <w:rPr>
          <w:rFonts w:ascii="Cambria" w:hAnsi="Cambria" w:eastAsia="Cambria"/>
          <w:b/>
          <w:i w:val="0"/>
          <w:color w:val="161F33"/>
          <w:sz w:val="22"/>
        </w:rPr>
        <w:t>Professional Profile</w:t>
      </w:r>
    </w:p>
    <w:p>
      <w:pPr>
        <w:keepLines/>
        <w:spacing w:after="40"/>
      </w:pPr>
      <w:r>
        <w:rPr>
          <w:rFonts w:ascii="Cambria" w:hAnsi="Cambria" w:eastAsia="Cambria"/>
          <w:b w:val="0"/>
          <w:i w:val="0"/>
          <w:color w:val="1F2937"/>
          <w:sz w:val="19"/>
        </w:rPr>
        <w:t>[Clinical specialty, years of practice and care settings.]</w:t>
      </w:r>
    </w:p>
    <w:p>
      <w:pPr>
        <w:keepNext/>
        <w:spacing w:before="140" w:after="60"/>
        <w:pBdr>
          <w:bottom w:val="single" w:sz="5" w:space="2" w:color="B8903C"/>
        </w:pBdr>
      </w:pPr>
      <w:r>
        <w:rPr>
          <w:rFonts w:ascii="Cambria" w:hAnsi="Cambria" w:eastAsia="Cambria"/>
          <w:b/>
          <w:i w:val="0"/>
          <w:color w:val="161F33"/>
          <w:sz w:val="22"/>
        </w:rPr>
        <w:t>Licensure &amp; Board Certification</w:t>
      </w:r>
    </w:p>
    <w:p>
      <w:pPr>
        <w:keepLines/>
        <w:spacing w:after="40"/>
      </w:pPr>
      <w:r>
        <w:rPr>
          <w:rFonts w:ascii="Cambria" w:hAnsi="Cambria" w:eastAsia="Cambria"/>
          <w:b w:val="0"/>
          <w:i w:val="0"/>
          <w:color w:val="1F2937"/>
          <w:sz w:val="19"/>
        </w:rPr>
        <w:t>[Licence type and jurisdiction]  |  [Board certification]  |  [Expiry, if applicable]</w:t>
      </w:r>
    </w:p>
    <w:p>
      <w:pPr>
        <w:keepNext/>
        <w:spacing w:before="140" w:after="60"/>
        <w:pBdr>
          <w:bottom w:val="single" w:sz="5" w:space="2" w:color="B8903C"/>
        </w:pBdr>
      </w:pPr>
      <w:r>
        <w:rPr>
          <w:rFonts w:ascii="Cambria" w:hAnsi="Cambria" w:eastAsia="Cambria"/>
          <w:b/>
          <w:i w:val="0"/>
          <w:color w:val="161F33"/>
          <w:sz w:val="22"/>
        </w:rPr>
        <w:t>Clinical Experience</w:t>
      </w:r>
    </w:p>
    <w:p>
      <w:pPr>
        <w:keepLines/>
        <w:spacing w:after="40"/>
      </w:pPr>
      <w:r>
        <w:rPr>
          <w:rFonts w:ascii="Cambria" w:hAnsi="Cambria" w:eastAsia="Cambria"/>
          <w:b w:val="0"/>
          <w:i w:val="0"/>
          <w:color w:val="1F2937"/>
          <w:sz w:val="19"/>
        </w:rPr>
        <w:t>[Role]  |  [Hospital / practice]  |  [Dates]</w:t>
      </w:r>
    </w:p>
    <w:p>
      <w:pPr>
        <w:keepLines/>
        <w:spacing w:after="40"/>
        <w:ind w:left="230" w:hanging="173"/>
      </w:pPr>
      <w:r>
        <w:rPr>
          <w:rFonts w:ascii="Cambria" w:hAnsi="Cambria" w:eastAsia="Cambria"/>
          <w:b w:val="0"/>
          <w:i w:val="0"/>
          <w:color w:val="1F2937"/>
          <w:sz w:val="19"/>
        </w:rPr>
        <w:t>• [Clinical responsibilities, patient population and care setting.]</w:t>
      </w:r>
    </w:p>
    <w:p>
      <w:pPr>
        <w:keepLines/>
        <w:spacing w:after="40"/>
        <w:ind w:left="230" w:hanging="173"/>
      </w:pPr>
      <w:r>
        <w:rPr>
          <w:rFonts w:ascii="Cambria" w:hAnsi="Cambria" w:eastAsia="Cambria"/>
          <w:b w:val="0"/>
          <w:i w:val="0"/>
          <w:color w:val="1F2937"/>
          <w:sz w:val="19"/>
        </w:rPr>
        <w:t>• [Quality, safety, throughput or patient-experience improvement.]</w:t>
      </w:r>
    </w:p>
    <w:p>
      <w:pPr>
        <w:keepNext/>
        <w:spacing w:before="140" w:after="60"/>
        <w:pBdr>
          <w:bottom w:val="single" w:sz="5" w:space="2" w:color="B8903C"/>
        </w:pBdr>
      </w:pPr>
      <w:r>
        <w:rPr>
          <w:rFonts w:ascii="Cambria" w:hAnsi="Cambria" w:eastAsia="Cambria"/>
          <w:b/>
          <w:i w:val="0"/>
          <w:color w:val="161F33"/>
          <w:sz w:val="22"/>
        </w:rPr>
        <w:t>Clinical Training</w:t>
      </w:r>
    </w:p>
    <w:p>
      <w:pPr>
        <w:keepLines/>
        <w:spacing w:after="40"/>
      </w:pPr>
      <w:r>
        <w:rPr>
          <w:rFonts w:ascii="Cambria" w:hAnsi="Cambria" w:eastAsia="Cambria"/>
          <w:b w:val="0"/>
          <w:i w:val="0"/>
          <w:color w:val="1F2937"/>
          <w:sz w:val="19"/>
        </w:rPr>
        <w:t>[Residency / fellowship]  |  [Institution]  |  [Dates]</w:t>
      </w:r>
    </w:p>
    <w:p>
      <w:pPr>
        <w:keepNext/>
        <w:spacing w:before="140" w:after="60"/>
        <w:pBdr>
          <w:bottom w:val="single" w:sz="5" w:space="2" w:color="B8903C"/>
        </w:pBdr>
      </w:pPr>
      <w:r>
        <w:rPr>
          <w:rFonts w:ascii="Cambria" w:hAnsi="Cambria" w:eastAsia="Cambria"/>
          <w:b/>
          <w:i w:val="0"/>
          <w:color w:val="161F33"/>
          <w:sz w:val="22"/>
        </w:rPr>
        <w:t>Education</w:t>
      </w:r>
    </w:p>
    <w:p>
      <w:pPr>
        <w:keepLines/>
        <w:spacing w:after="40"/>
      </w:pPr>
      <w:r>
        <w:rPr>
          <w:rFonts w:ascii="Cambria" w:hAnsi="Cambria" w:eastAsia="Cambria"/>
          <w:b w:val="0"/>
          <w:i w:val="0"/>
          <w:color w:val="1F2937"/>
          <w:sz w:val="19"/>
        </w:rPr>
        <w:t>[Medical degree]  |  [Institution]  |  [Year]</w:t>
      </w:r>
    </w:p>
    <w:p>
      <w:pPr>
        <w:keepNext/>
        <w:spacing w:before="140" w:after="60"/>
        <w:pBdr>
          <w:bottom w:val="single" w:sz="5" w:space="2" w:color="B8903C"/>
        </w:pBdr>
      </w:pPr>
      <w:r>
        <w:rPr>
          <w:rFonts w:ascii="Cambria" w:hAnsi="Cambria" w:eastAsia="Cambria"/>
          <w:b/>
          <w:i w:val="0"/>
          <w:color w:val="161F33"/>
          <w:sz w:val="22"/>
        </w:rPr>
        <w:t>Research &amp; Publications</w:t>
      </w:r>
    </w:p>
    <w:p>
      <w:pPr>
        <w:keepLines/>
        <w:spacing w:after="40"/>
      </w:pPr>
      <w:r>
        <w:rPr>
          <w:rFonts w:ascii="Cambria" w:hAnsi="Cambria" w:eastAsia="Cambria"/>
          <w:b w:val="0"/>
          <w:i w:val="0"/>
          <w:color w:val="1F2937"/>
          <w:sz w:val="19"/>
        </w:rPr>
        <w:t>[Selected publication, presentation or research project]</w:t>
      </w:r>
    </w:p>
    <w:p>
      <w:pPr>
        <w:keepNext/>
        <w:spacing w:before="140" w:after="60"/>
        <w:pBdr>
          <w:bottom w:val="single" w:sz="5" w:space="2" w:color="B8903C"/>
        </w:pBdr>
      </w:pPr>
      <w:r>
        <w:rPr>
          <w:rFonts w:ascii="Cambria" w:hAnsi="Cambria" w:eastAsia="Cambria"/>
          <w:b/>
          <w:i w:val="0"/>
          <w:color w:val="161F33"/>
          <w:sz w:val="22"/>
        </w:rPr>
        <w:t>Professional Affiliations</w:t>
      </w:r>
    </w:p>
    <w:p>
      <w:pPr>
        <w:keepLines/>
        <w:spacing w:after="40"/>
      </w:pPr>
      <w:r>
        <w:rPr>
          <w:rFonts w:ascii="Cambria" w:hAnsi="Cambria" w:eastAsia="Cambria"/>
          <w:b w:val="0"/>
          <w:i w:val="0"/>
          <w:color w:val="1F2937"/>
          <w:sz w:val="19"/>
        </w:rPr>
        <w:t>[Association or committee role]</w:t>
      </w:r>
    </w:p>
    <w:sectPr w:rsidR="00FC693F" w:rsidRPr="0006063C" w:rsidSect="00034616">
      <w:footerReference w:type="default" r:id="rId9"/>
      <w:pgSz w:w="12240" w:h="15840"/>
      <w:pgMar w:top="893" w:right="979" w:bottom="893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 w:eastAsia="Calibri"/>
        <w:b w:val="0"/>
        <w:i w:val="0"/>
        <w:color w:val="4B5563"/>
        <w:sz w:val="16"/>
      </w:rPr>
      <w:t>Resume template by Rishi Writes • Free for personal job-search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0" w:lineRule="auto"/>
    </w:pPr>
    <w:rPr>
      <w:rFonts w:ascii="Calibri" w:hAnsi="Calibri" w:eastAsia="Calibri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61F33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 w:eastAsia="Calibr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Clinician</dc:title>
  <dc:subject>Original resume template for personal job-search use</dc:subject>
  <dc:creator>Rishi Writes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