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  <w:jc w:val="left"/>
      </w:pPr>
      <w:r>
        <w:rPr>
          <w:rFonts w:ascii="Calibri" w:hAnsi="Calibri" w:eastAsia="Calibri"/>
          <w:b/>
          <w:i w:val="0"/>
          <w:color w:val="161F33"/>
          <w:sz w:val="44"/>
        </w:rPr>
        <w:t>[Your Name]</w:t>
      </w:r>
    </w:p>
    <w:p>
      <w:pPr>
        <w:spacing w:after="60"/>
        <w:jc w:val="left"/>
      </w:pPr>
      <w:r>
        <w:rPr>
          <w:rFonts w:ascii="Calibri" w:hAnsi="Calibri" w:eastAsia="Calibri"/>
          <w:b/>
          <w:i w:val="0"/>
          <w:color w:val="1D4ED8"/>
          <w:sz w:val="19"/>
        </w:rPr>
        <w:t>Global Job Seeker | Relocation &amp; International Applications</w:t>
      </w:r>
    </w:p>
    <w:p>
      <w:pPr>
        <w:spacing w:after="80"/>
        <w:jc w:val="left"/>
      </w:pPr>
      <w:r>
        <w:rPr>
          <w:rFonts w:ascii="Calibri" w:hAnsi="Calibri" w:eastAsia="Calibri"/>
          <w:b w:val="0"/>
          <w:i w:val="0"/>
          <w:color w:val="4B5563"/>
          <w:sz w:val="17"/>
        </w:rPr>
        <w:t>[City, State]  |  [Phone]  |  [Email]  |  [LinkedIn URL]</w:t>
      </w:r>
    </w:p>
    <w:p>
      <w:pPr>
        <w:keepNext/>
        <w:spacing w:before="140" w:after="60"/>
        <w:pBdr>
          <w:bottom w:val="single" w:sz="5" w:space="2" w:color="1D4ED8"/>
        </w:pBdr>
      </w:pPr>
      <w:r>
        <w:rPr>
          <w:rFonts w:ascii="Calibri" w:hAnsi="Calibri" w:eastAsia="Calibri"/>
          <w:b/>
          <w:i w:val="0"/>
          <w:color w:val="161F33"/>
          <w:sz w:val="21"/>
        </w:rPr>
        <w:t>PROFESSIONAL SUMMARY</w:t>
      </w:r>
    </w:p>
    <w:p>
      <w:pPr>
        <w:keepLines/>
        <w:spacing w:after="40"/>
      </w:pPr>
      <w:r>
        <w:rPr>
          <w:rFonts w:ascii="Calibri" w:hAnsi="Calibri" w:eastAsia="Calibri"/>
          <w:b w:val="0"/>
          <w:i w:val="0"/>
          <w:color w:val="1F2937"/>
          <w:sz w:val="19"/>
        </w:rPr>
        <w:t>[Two or three sentences connecting your experience to the role and target market.]</w:t>
      </w:r>
    </w:p>
    <w:p>
      <w:pPr>
        <w:keepNext/>
        <w:spacing w:before="140" w:after="60"/>
        <w:pBdr>
          <w:bottom w:val="single" w:sz="5" w:space="2" w:color="1D4ED8"/>
        </w:pBdr>
      </w:pPr>
      <w:r>
        <w:rPr>
          <w:rFonts w:ascii="Calibri" w:hAnsi="Calibri" w:eastAsia="Calibri"/>
          <w:b/>
          <w:i w:val="0"/>
          <w:color w:val="161F33"/>
          <w:sz w:val="21"/>
        </w:rPr>
        <w:t>CORE SKILLS</w:t>
      </w:r>
    </w:p>
    <w:p>
      <w:pPr>
        <w:keepLines/>
        <w:spacing w:after="40"/>
      </w:pPr>
      <w:r>
        <w:rPr>
          <w:rFonts w:ascii="Calibri" w:hAnsi="Calibri" w:eastAsia="Calibri"/>
          <w:b w:val="0"/>
          <w:i w:val="0"/>
          <w:color w:val="1F2937"/>
          <w:sz w:val="19"/>
        </w:rPr>
        <w:t>[Role-specific skills]  |  [Tools]  |  [Languages]  |  [Industry knowledge]</w:t>
      </w:r>
    </w:p>
    <w:p>
      <w:pPr>
        <w:keepNext/>
        <w:spacing w:before="140" w:after="60"/>
        <w:pBdr>
          <w:bottom w:val="single" w:sz="5" w:space="2" w:color="1D4ED8"/>
        </w:pBdr>
      </w:pPr>
      <w:r>
        <w:rPr>
          <w:rFonts w:ascii="Calibri" w:hAnsi="Calibri" w:eastAsia="Calibri"/>
          <w:b/>
          <w:i w:val="0"/>
          <w:color w:val="161F33"/>
          <w:sz w:val="21"/>
        </w:rPr>
        <w:t>EXPERIENCE</w:t>
      </w:r>
    </w:p>
    <w:p>
      <w:pPr>
        <w:keepLines/>
        <w:spacing w:after="40"/>
      </w:pPr>
      <w:r>
        <w:rPr>
          <w:rFonts w:ascii="Calibri" w:hAnsi="Calibri" w:eastAsia="Calibri"/>
          <w:b w:val="0"/>
          <w:i w:val="0"/>
          <w:color w:val="1F2937"/>
          <w:sz w:val="19"/>
        </w:rPr>
        <w:t>[Job Title]  |  [Company]  |  [City, Country]                                      [Month Year–Present]</w:t>
      </w:r>
    </w:p>
    <w:p>
      <w:pPr>
        <w:keepLines/>
        <w:spacing w:after="40"/>
        <w:ind w:left="230" w:hanging="173"/>
      </w:pPr>
      <w:r>
        <w:rPr>
          <w:rFonts w:ascii="Calibri" w:hAnsi="Calibri" w:eastAsia="Calibri"/>
          <w:b w:val="0"/>
          <w:i w:val="0"/>
          <w:color w:val="1F2937"/>
          <w:sz w:val="19"/>
        </w:rPr>
        <w:t>• [Describe a result with a measurable outcome and the scope of your work.]</w:t>
      </w:r>
    </w:p>
    <w:p>
      <w:pPr>
        <w:keepLines/>
        <w:spacing w:after="40"/>
        <w:ind w:left="230" w:hanging="173"/>
      </w:pPr>
      <w:r>
        <w:rPr>
          <w:rFonts w:ascii="Calibri" w:hAnsi="Calibri" w:eastAsia="Calibri"/>
          <w:b w:val="0"/>
          <w:i w:val="0"/>
          <w:color w:val="1F2937"/>
          <w:sz w:val="19"/>
        </w:rPr>
        <w:t>• [Show collaboration across teams, countries or time zones where relevant.]</w:t>
      </w:r>
    </w:p>
    <w:p>
      <w:pPr>
        <w:keepNext/>
        <w:spacing w:before="140" w:after="60"/>
        <w:pBdr>
          <w:bottom w:val="single" w:sz="5" w:space="2" w:color="1D4ED8"/>
        </w:pBdr>
      </w:pPr>
      <w:r>
        <w:rPr>
          <w:rFonts w:ascii="Calibri" w:hAnsi="Calibri" w:eastAsia="Calibri"/>
          <w:b/>
          <w:i w:val="0"/>
          <w:color w:val="161F33"/>
          <w:sz w:val="21"/>
        </w:rPr>
        <w:t>EDUCATION</w:t>
      </w:r>
    </w:p>
    <w:p>
      <w:pPr>
        <w:keepLines/>
        <w:spacing w:after="40"/>
      </w:pPr>
      <w:r>
        <w:rPr>
          <w:rFonts w:ascii="Calibri" w:hAnsi="Calibri" w:eastAsia="Calibri"/>
          <w:b w:val="0"/>
          <w:i w:val="0"/>
          <w:color w:val="1F2937"/>
          <w:sz w:val="19"/>
        </w:rPr>
        <w:t>[Degree]  |  [Institution]  |  [Country]                                              [Year]</w:t>
      </w:r>
    </w:p>
    <w:p>
      <w:pPr>
        <w:keepLines/>
        <w:spacing w:after="40"/>
        <w:ind w:left="230" w:hanging="173"/>
      </w:pPr>
      <w:r>
        <w:rPr>
          <w:rFonts w:ascii="Calibri" w:hAnsi="Calibri" w:eastAsia="Calibri"/>
          <w:b w:val="0"/>
          <w:i w:val="0"/>
          <w:color w:val="1F2937"/>
          <w:sz w:val="19"/>
        </w:rPr>
        <w:t>• [Relevant coursework, honours or certifications.]</w:t>
      </w:r>
    </w:p>
    <w:p>
      <w:pPr>
        <w:keepNext/>
        <w:spacing w:before="140" w:after="60"/>
        <w:pBdr>
          <w:bottom w:val="single" w:sz="5" w:space="2" w:color="1D4ED8"/>
        </w:pBdr>
      </w:pPr>
      <w:r>
        <w:rPr>
          <w:rFonts w:ascii="Calibri" w:hAnsi="Calibri" w:eastAsia="Calibri"/>
          <w:b/>
          <w:i w:val="0"/>
          <w:color w:val="161F33"/>
          <w:sz w:val="21"/>
        </w:rPr>
        <w:t>INTERNATIONAL READINESS</w:t>
      </w:r>
    </w:p>
    <w:p>
      <w:pPr>
        <w:keepLines/>
        <w:spacing w:after="40"/>
      </w:pPr>
      <w:r>
        <w:rPr>
          <w:rFonts w:ascii="Calibri" w:hAnsi="Calibri" w:eastAsia="Calibri"/>
          <w:b w:val="0"/>
          <w:i w:val="0"/>
          <w:color w:val="1F2937"/>
          <w:sz w:val="19"/>
        </w:rPr>
        <w:t>Languages: [Language and proficiency]  |  Work eligibility: [Status, if appropriate]</w:t>
      </w:r>
    </w:p>
    <w:p>
      <w:pPr>
        <w:keepLines/>
        <w:spacing w:after="40"/>
      </w:pPr>
      <w:r>
        <w:rPr>
          <w:rFonts w:ascii="Calibri" w:hAnsi="Calibri" w:eastAsia="Calibri"/>
          <w:b w:val="0"/>
          <w:i w:val="0"/>
          <w:color w:val="1F2937"/>
          <w:sz w:val="19"/>
        </w:rPr>
        <w:t>Relocation: [Target regions or availability]  |  Portfolio: [Link, if relevant]</w:t>
      </w:r>
    </w:p>
    <w:p>
      <w:pPr>
        <w:keepNext/>
        <w:spacing w:before="140" w:after="60"/>
        <w:pBdr>
          <w:bottom w:val="single" w:sz="5" w:space="2" w:color="1D4ED8"/>
        </w:pBdr>
      </w:pPr>
      <w:r>
        <w:rPr>
          <w:rFonts w:ascii="Calibri" w:hAnsi="Calibri" w:eastAsia="Calibri"/>
          <w:b/>
          <w:i w:val="0"/>
          <w:color w:val="161F33"/>
          <w:sz w:val="21"/>
        </w:rPr>
        <w:t>SELECTED PROJECTS</w:t>
      </w:r>
    </w:p>
    <w:p>
      <w:pPr>
        <w:keepLines/>
        <w:spacing w:after="40"/>
      </w:pPr>
      <w:r>
        <w:rPr>
          <w:rFonts w:ascii="Calibri" w:hAnsi="Calibri" w:eastAsia="Calibri"/>
          <w:b w:val="0"/>
          <w:i w:val="0"/>
          <w:color w:val="1F2937"/>
          <w:sz w:val="19"/>
        </w:rPr>
        <w:t>[Project]  |  [Tools]  |  [Outcome or deliverable]</w:t>
      </w:r>
    </w:p>
    <w:sectPr w:rsidR="00FC693F" w:rsidRPr="0006063C" w:rsidSect="00034616">
      <w:footerReference w:type="default" r:id="rId9"/>
      <w:pgSz w:w="11909" w:h="16834"/>
      <w:pgMar w:top="893" w:right="979" w:bottom="893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libri" w:hAnsi="Calibri" w:eastAsia="Calibri"/>
        <w:b w:val="0"/>
        <w:i w:val="0"/>
        <w:color w:val="4B5563"/>
        <w:sz w:val="16"/>
      </w:rPr>
      <w:t>Resume template by Rishi Writes • Free for personal job-search use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50" w:lineRule="auto"/>
    </w:pPr>
    <w:rPr>
      <w:rFonts w:ascii="Calibri" w:hAnsi="Calibri" w:eastAsia="Calibri"/>
      <w:color w:val="1F2937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60"/>
      <w:outlineLvl w:val="0"/>
    </w:pPr>
    <w:rPr>
      <w:rFonts w:asciiTheme="majorHAnsi" w:eastAsiaTheme="majorEastAsia" w:hAnsiTheme="majorHAnsi" w:cstheme="majorBidi" w:ascii="Calibri" w:hAnsi="Calibri" w:eastAsia="Calibri"/>
      <w:b/>
      <w:bCs/>
      <w:color w:val="161F33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 w:eastAsia="Calibr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libri" w:hAnsi="Calibri" w:eastAsia="Calibr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Horizon</dc:title>
  <dc:subject>Original resume template for personal job-search use</dc:subject>
  <dc:creator>Rishi Writes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