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10282"/>
      </w:tblGrid>
      <w:tr>
        <w:tc>
          <w:tcPr>
            <w:tcW w:type="dxa" w:w="10282"/>
            <w:shd w:fill="161F33"/>
            <w:tcMar>
              <w:top w:w="180" w:type="dxa"/>
              <w:start w:w="220" w:type="dxa"/>
              <w:bottom w:w="160" w:type="dxa"/>
              <w:end w:w="220" w:type="dxa"/>
            </w:tcMar>
          </w:tcPr>
          <w:p>
            <w:pPr>
              <w:spacing w:after="40"/>
            </w:pPr>
            <w:r>
              <w:rPr>
                <w:rFonts w:ascii="Calibri" w:hAnsi="Calibri" w:eastAsia="Calibri"/>
                <w:b/>
                <w:i w:val="0"/>
                <w:color w:val="FFFFFF"/>
                <w:sz w:val="44"/>
              </w:rPr>
              <w:t>[Your Name]</w:t>
            </w:r>
          </w:p>
          <w:p>
            <w:pPr>
              <w:spacing w:after="40"/>
            </w:pPr>
            <w:r>
              <w:rPr>
                <w:rFonts w:ascii="Calibri" w:hAnsi="Calibri" w:eastAsia="Calibri"/>
                <w:b/>
                <w:i w:val="0"/>
                <w:color w:val="DCE7FF"/>
                <w:sz w:val="19"/>
              </w:rPr>
              <w:t>Sales &amp; Sales Engineering | Revenue, Accounts &amp; Solutions</w:t>
            </w:r>
          </w:p>
          <w:p>
            <w:r>
              <w:rPr>
                <w:rFonts w:ascii="Calibri" w:hAnsi="Calibri" w:eastAsia="Calibri"/>
                <w:b w:val="0"/>
                <w:i w:val="0"/>
                <w:color w:val="FFFFFF"/>
                <w:sz w:val="17"/>
              </w:rPr>
              <w:t>[City, State]  |  [Phone]  |  [Email]  |  [LinkedIn URL]</w:t>
            </w:r>
          </w:p>
        </w:tc>
      </w:tr>
    </w:tbl>
    <w:p/>
    <w:p>
      <w:pPr>
        <w:keepNext/>
        <w:spacing w:before="140" w:after="60"/>
        <w:pBdr>
          <w:bottom w:val="single" w:sz="5" w:space="2" w:color="1D4ED8"/>
        </w:pBdr>
      </w:pPr>
      <w:r>
        <w:rPr>
          <w:rFonts w:ascii="Calibri" w:hAnsi="Calibri" w:eastAsia="Calibri"/>
          <w:b/>
          <w:i w:val="0"/>
          <w:color w:val="161F33"/>
          <w:sz w:val="21"/>
        </w:rPr>
        <w:t>COMMERCIAL SUMMARY</w:t>
      </w:r>
    </w:p>
    <w:p>
      <w:pPr>
        <w:keepLines/>
        <w:spacing w:after="40"/>
      </w:pPr>
      <w:r>
        <w:rPr>
          <w:rFonts w:ascii="Calibri" w:hAnsi="Calibri" w:eastAsia="Calibri"/>
          <w:b w:val="0"/>
          <w:i w:val="0"/>
          <w:color w:val="1F2937"/>
          <w:sz w:val="19"/>
        </w:rPr>
        <w:t>[Describe your market, customer segment, sales motion and strongest business outcomes.]</w:t>
      </w:r>
    </w:p>
    <w:p>
      <w:pPr>
        <w:keepNext/>
        <w:spacing w:before="140" w:after="60"/>
        <w:pBdr>
          <w:bottom w:val="single" w:sz="5" w:space="2" w:color="1D4ED8"/>
        </w:pBdr>
      </w:pPr>
      <w:r>
        <w:rPr>
          <w:rFonts w:ascii="Calibri" w:hAnsi="Calibri" w:eastAsia="Calibri"/>
          <w:b/>
          <w:i w:val="0"/>
          <w:color w:val="161F33"/>
          <w:sz w:val="21"/>
        </w:rPr>
        <w:t>REVENUE IMPACT</w:t>
      </w:r>
    </w:p>
    <w:p>
      <w:pPr>
        <w:keepLines/>
        <w:spacing w:after="40"/>
      </w:pPr>
      <w:r>
        <w:rPr>
          <w:rFonts w:ascii="Calibri" w:hAnsi="Calibri" w:eastAsia="Calibri"/>
          <w:b w:val="0"/>
          <w:i w:val="0"/>
          <w:color w:val="1F2937"/>
          <w:sz w:val="19"/>
        </w:rPr>
        <w:t>Quota: [ ]  |  Attainment: [ ]  |  Pipeline: [ ]  |  Revenue: [ ]</w:t>
      </w:r>
    </w:p>
    <w:p>
      <w:pPr>
        <w:keepNext/>
        <w:spacing w:before="140" w:after="60"/>
        <w:pBdr>
          <w:bottom w:val="single" w:sz="5" w:space="2" w:color="1D4ED8"/>
        </w:pBdr>
      </w:pPr>
      <w:r>
        <w:rPr>
          <w:rFonts w:ascii="Calibri" w:hAnsi="Calibri" w:eastAsia="Calibri"/>
          <w:b/>
          <w:i w:val="0"/>
          <w:color w:val="161F33"/>
          <w:sz w:val="21"/>
        </w:rPr>
        <w:t>PROFESSIONAL EXPERIENCE</w:t>
      </w:r>
    </w:p>
    <w:p>
      <w:pPr>
        <w:keepLines/>
        <w:spacing w:after="40"/>
      </w:pPr>
      <w:r>
        <w:rPr>
          <w:rFonts w:ascii="Calibri" w:hAnsi="Calibri" w:eastAsia="Calibri"/>
          <w:b w:val="0"/>
          <w:i w:val="0"/>
          <w:color w:val="1F2937"/>
          <w:sz w:val="19"/>
        </w:rPr>
        <w:t>[Sales / Sales Engineering Title]  |  [Company]  |  [Dates]</w:t>
      </w:r>
    </w:p>
    <w:p>
      <w:pPr>
        <w:keepLines/>
        <w:spacing w:after="40"/>
        <w:ind w:left="230" w:hanging="173"/>
      </w:pPr>
      <w:r>
        <w:rPr>
          <w:rFonts w:ascii="Calibri" w:hAnsi="Calibri" w:eastAsia="Calibri"/>
          <w:b w:val="0"/>
          <w:i w:val="0"/>
          <w:color w:val="1F2937"/>
          <w:sz w:val="19"/>
        </w:rPr>
        <w:t>• [Revenue or quota result, with period and context.]</w:t>
      </w:r>
    </w:p>
    <w:p>
      <w:pPr>
        <w:keepLines/>
        <w:spacing w:after="40"/>
        <w:ind w:left="230" w:hanging="173"/>
      </w:pPr>
      <w:r>
        <w:rPr>
          <w:rFonts w:ascii="Calibri" w:hAnsi="Calibri" w:eastAsia="Calibri"/>
          <w:b w:val="0"/>
          <w:i w:val="0"/>
          <w:color w:val="1F2937"/>
          <w:sz w:val="19"/>
        </w:rPr>
        <w:t>• [Key account, deal size, conversion or retention outcome.]</w:t>
      </w:r>
    </w:p>
    <w:p>
      <w:pPr>
        <w:keepLines/>
        <w:spacing w:after="40"/>
        <w:ind w:left="230" w:hanging="173"/>
      </w:pPr>
      <w:r>
        <w:rPr>
          <w:rFonts w:ascii="Calibri" w:hAnsi="Calibri" w:eastAsia="Calibri"/>
          <w:b w:val="0"/>
          <w:i w:val="0"/>
          <w:color w:val="1F2937"/>
          <w:sz w:val="19"/>
        </w:rPr>
        <w:t>• [Discovery, solution design, negotiation or enablement contribution.]</w:t>
      </w:r>
    </w:p>
    <w:p>
      <w:pPr>
        <w:keepNext/>
        <w:spacing w:before="140" w:after="60"/>
        <w:pBdr>
          <w:bottom w:val="single" w:sz="5" w:space="2" w:color="1D4ED8"/>
        </w:pBdr>
      </w:pPr>
      <w:r>
        <w:rPr>
          <w:rFonts w:ascii="Calibri" w:hAnsi="Calibri" w:eastAsia="Calibri"/>
          <w:b/>
          <w:i w:val="0"/>
          <w:color w:val="161F33"/>
          <w:sz w:val="21"/>
        </w:rPr>
        <w:t>KEY ACCOUNTS &amp; SOLUTIONS</w:t>
      </w:r>
    </w:p>
    <w:p>
      <w:pPr>
        <w:keepLines/>
        <w:spacing w:after="40"/>
      </w:pPr>
      <w:r>
        <w:rPr>
          <w:rFonts w:ascii="Calibri" w:hAnsi="Calibri" w:eastAsia="Calibri"/>
          <w:b w:val="0"/>
          <w:i w:val="0"/>
          <w:color w:val="1F2937"/>
          <w:sz w:val="19"/>
        </w:rPr>
        <w:t>[Account type]  |  [Customer challenge]  |  [Solution and outcome]</w:t>
      </w:r>
    </w:p>
    <w:p>
      <w:pPr>
        <w:keepNext/>
        <w:spacing w:before="140" w:after="60"/>
        <w:pBdr>
          <w:bottom w:val="single" w:sz="5" w:space="2" w:color="1D4ED8"/>
        </w:pBdr>
      </w:pPr>
      <w:r>
        <w:rPr>
          <w:rFonts w:ascii="Calibri" w:hAnsi="Calibri" w:eastAsia="Calibri"/>
          <w:b/>
          <w:i w:val="0"/>
          <w:color w:val="161F33"/>
          <w:sz w:val="21"/>
        </w:rPr>
        <w:t>SKILLS &amp; TOOLS</w:t>
      </w:r>
    </w:p>
    <w:p>
      <w:pPr>
        <w:keepLines/>
        <w:spacing w:after="40"/>
      </w:pPr>
      <w:r>
        <w:rPr>
          <w:rFonts w:ascii="Calibri" w:hAnsi="Calibri" w:eastAsia="Calibri"/>
          <w:b w:val="0"/>
          <w:i w:val="0"/>
          <w:color w:val="1F2937"/>
          <w:sz w:val="19"/>
        </w:rPr>
        <w:t>[CRM]  |  [Sales methodology]  |  [Technical platform]  |  [Presentation / negotiation]</w:t>
      </w:r>
    </w:p>
    <w:p>
      <w:pPr>
        <w:keepNext/>
        <w:spacing w:before="140" w:after="60"/>
        <w:pBdr>
          <w:bottom w:val="single" w:sz="5" w:space="2" w:color="1D4ED8"/>
        </w:pBdr>
      </w:pPr>
      <w:r>
        <w:rPr>
          <w:rFonts w:ascii="Calibri" w:hAnsi="Calibri" w:eastAsia="Calibri"/>
          <w:b/>
          <w:i w:val="0"/>
          <w:color w:val="161F33"/>
          <w:sz w:val="21"/>
        </w:rPr>
        <w:t>EDUCATION</w:t>
      </w:r>
    </w:p>
    <w:p>
      <w:pPr>
        <w:keepLines/>
        <w:spacing w:after="40"/>
      </w:pPr>
      <w:r>
        <w:rPr>
          <w:rFonts w:ascii="Calibri" w:hAnsi="Calibri" w:eastAsia="Calibri"/>
          <w:b w:val="0"/>
          <w:i w:val="0"/>
          <w:color w:val="1F2937"/>
          <w:sz w:val="19"/>
        </w:rPr>
        <w:t>[Degree]  |  [Institution]  |  [Year]</w:t>
      </w:r>
    </w:p>
    <w:sectPr w:rsidR="00FC693F" w:rsidRPr="0006063C" w:rsidSect="00034616">
      <w:footerReference w:type="default" r:id="rId9"/>
      <w:pgSz w:w="12240" w:h="15840"/>
      <w:pgMar w:top="893" w:right="979" w:bottom="893" w:left="97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/>
      <w:jc w:val="center"/>
    </w:pPr>
    <w:r>
      <w:rPr>
        <w:rFonts w:ascii="Calibri" w:hAnsi="Calibri" w:eastAsia="Calibri"/>
        <w:b w:val="0"/>
        <w:i w:val="0"/>
        <w:color w:val="4B5563"/>
        <w:sz w:val="16"/>
      </w:rPr>
      <w:t>Resume template by Rishi Writes • Free for personal job-search use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line="250" w:lineRule="auto"/>
    </w:pPr>
    <w:rPr>
      <w:rFonts w:ascii="Calibri" w:hAnsi="Calibri" w:eastAsia="Calibri"/>
      <w:color w:val="1F2937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60"/>
      <w:outlineLvl w:val="0"/>
    </w:pPr>
    <w:rPr>
      <w:rFonts w:asciiTheme="majorHAnsi" w:eastAsiaTheme="majorEastAsia" w:hAnsiTheme="majorHAnsi" w:cstheme="majorBidi" w:ascii="Calibri" w:hAnsi="Calibri" w:eastAsia="Calibri"/>
      <w:b/>
      <w:bCs/>
      <w:color w:val="161F33"/>
      <w:sz w:val="21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 w:eastAsia="Calibr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Calibri" w:hAnsi="Calibri" w:eastAsia="Calibr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Pipeline</dc:title>
  <dc:subject>Original resume template for personal job-search use</dc:subject>
  <dc:creator>Rishi Writes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