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  <w:jc w:val="left"/>
      </w:pPr>
      <w:r>
        <w:rPr>
          <w:rFonts w:ascii="Calibri" w:hAnsi="Calibri" w:eastAsia="Calibri"/>
          <w:b/>
          <w:i w:val="0"/>
          <w:color w:val="161F33"/>
          <w:sz w:val="44"/>
        </w:rPr>
        <w:t>[Your Name]</w:t>
      </w:r>
    </w:p>
    <w:p>
      <w:pPr>
        <w:spacing w:after="60"/>
        <w:jc w:val="left"/>
      </w:pPr>
      <w:r>
        <w:rPr>
          <w:rFonts w:ascii="Calibri" w:hAnsi="Calibri" w:eastAsia="Calibri"/>
          <w:b/>
          <w:i w:val="0"/>
          <w:color w:val="1D4ED8"/>
          <w:sz w:val="19"/>
        </w:rPr>
        <w:t>Software Engineer | Systems, Delivery &amp; Technical Impact</w:t>
      </w:r>
    </w:p>
    <w:p>
      <w:pPr>
        <w:spacing w:after="80"/>
        <w:jc w:val="left"/>
      </w:pPr>
      <w:r>
        <w:rPr>
          <w:rFonts w:ascii="Calibri" w:hAnsi="Calibri" w:eastAsia="Calibri"/>
          <w:b w:val="0"/>
          <w:i w:val="0"/>
          <w:color w:val="4B5563"/>
          <w:sz w:val="17"/>
        </w:rPr>
        <w:t>[City, State]  |  [Phone]  |  [Email]  |  [LinkedIn URL]</w:t>
      </w:r>
    </w:p>
    <w:p>
      <w:pPr>
        <w:keepNext/>
        <w:spacing w:before="140" w:after="60"/>
        <w:pBdr>
          <w:bottom w:val="single" w:sz="5" w:space="2" w:color="1D4ED8"/>
        </w:pBdr>
      </w:pPr>
      <w:r>
        <w:rPr>
          <w:rFonts w:ascii="Calibri" w:hAnsi="Calibri" w:eastAsia="Calibri"/>
          <w:b/>
          <w:i w:val="0"/>
          <w:color w:val="161F33"/>
          <w:sz w:val="21"/>
        </w:rPr>
        <w:t>PROFESSIONAL SUMMARY</w:t>
      </w:r>
    </w:p>
    <w:p>
      <w:pPr>
        <w:keepLines/>
        <w:spacing w:after="40"/>
      </w:pPr>
      <w:r>
        <w:rPr>
          <w:rFonts w:ascii="Calibri" w:hAnsi="Calibri" w:eastAsia="Calibri"/>
          <w:b w:val="0"/>
          <w:i w:val="0"/>
          <w:color w:val="1F2937"/>
          <w:sz w:val="19"/>
        </w:rPr>
        <w:t>[Engineering focus, system scale and strongest technical outcomes.]</w:t>
      </w:r>
    </w:p>
    <w:p>
      <w:pPr>
        <w:keepNext/>
        <w:spacing w:before="140" w:after="60"/>
        <w:pBdr>
          <w:bottom w:val="single" w:sz="5" w:space="2" w:color="1D4ED8"/>
        </w:pBdr>
      </w:pPr>
      <w:r>
        <w:rPr>
          <w:rFonts w:ascii="Calibri" w:hAnsi="Calibri" w:eastAsia="Calibri"/>
          <w:b/>
          <w:i w:val="0"/>
          <w:color w:val="161F33"/>
          <w:sz w:val="21"/>
        </w:rPr>
        <w:t>TECHNICAL SKILLS</w:t>
      </w:r>
    </w:p>
    <w:p>
      <w:pPr>
        <w:keepLines/>
        <w:spacing w:after="40"/>
      </w:pPr>
      <w:r>
        <w:rPr>
          <w:rFonts w:ascii="Calibri" w:hAnsi="Calibri" w:eastAsia="Calibri"/>
          <w:b w:val="0"/>
          <w:i w:val="0"/>
          <w:color w:val="1F2937"/>
          <w:sz w:val="19"/>
        </w:rPr>
        <w:t>Languages: [ ]  |  Frameworks: [ ]  |  Cloud: [ ]</w:t>
      </w:r>
    </w:p>
    <w:p>
      <w:pPr>
        <w:keepLines/>
        <w:spacing w:after="40"/>
      </w:pPr>
      <w:r>
        <w:rPr>
          <w:rFonts w:ascii="Calibri" w:hAnsi="Calibri" w:eastAsia="Calibri"/>
          <w:b w:val="0"/>
          <w:i w:val="0"/>
          <w:color w:val="1F2937"/>
          <w:sz w:val="19"/>
        </w:rPr>
        <w:t>Data: [ ]  |  DevOps: [ ]  |  Testing: [ ]  |  Tools: [ ]</w:t>
      </w:r>
    </w:p>
    <w:p>
      <w:pPr>
        <w:keepNext/>
        <w:spacing w:before="140" w:after="60"/>
        <w:pBdr>
          <w:bottom w:val="single" w:sz="5" w:space="2" w:color="1D4ED8"/>
        </w:pBdr>
      </w:pPr>
      <w:r>
        <w:rPr>
          <w:rFonts w:ascii="Calibri" w:hAnsi="Calibri" w:eastAsia="Calibri"/>
          <w:b/>
          <w:i w:val="0"/>
          <w:color w:val="161F33"/>
          <w:sz w:val="21"/>
        </w:rPr>
        <w:t>EXPERIENCE</w:t>
      </w:r>
    </w:p>
    <w:p>
      <w:pPr>
        <w:keepLines/>
        <w:spacing w:after="40"/>
      </w:pPr>
      <w:r>
        <w:rPr>
          <w:rFonts w:ascii="Calibri" w:hAnsi="Calibri" w:eastAsia="Calibri"/>
          <w:b w:val="0"/>
          <w:i w:val="0"/>
          <w:color w:val="1F2937"/>
          <w:sz w:val="19"/>
        </w:rPr>
        <w:t>[Engineering Title]  |  [Company]  |  [Dates]</w:t>
      </w:r>
    </w:p>
    <w:p>
      <w:pPr>
        <w:keepLines/>
        <w:spacing w:after="40"/>
        <w:ind w:left="230" w:hanging="173"/>
      </w:pPr>
      <w:r>
        <w:rPr>
          <w:rFonts w:ascii="Calibri" w:hAnsi="Calibri" w:eastAsia="Calibri"/>
          <w:b w:val="0"/>
          <w:i w:val="0"/>
          <w:color w:val="1F2937"/>
          <w:sz w:val="19"/>
        </w:rPr>
        <w:t>• [Built or improved a system; include scale, reliability, latency or cost impact.]</w:t>
      </w:r>
    </w:p>
    <w:p>
      <w:pPr>
        <w:keepLines/>
        <w:spacing w:after="40"/>
        <w:ind w:left="230" w:hanging="173"/>
      </w:pPr>
      <w:r>
        <w:rPr>
          <w:rFonts w:ascii="Calibri" w:hAnsi="Calibri" w:eastAsia="Calibri"/>
          <w:b w:val="0"/>
          <w:i w:val="0"/>
          <w:color w:val="1F2937"/>
          <w:sz w:val="19"/>
        </w:rPr>
        <w:t>• [Describe architecture, ownership and collaboration.]</w:t>
      </w:r>
    </w:p>
    <w:p>
      <w:pPr>
        <w:keepNext/>
        <w:spacing w:before="140" w:after="60"/>
        <w:pBdr>
          <w:bottom w:val="single" w:sz="5" w:space="2" w:color="1D4ED8"/>
        </w:pBdr>
      </w:pPr>
      <w:r>
        <w:rPr>
          <w:rFonts w:ascii="Calibri" w:hAnsi="Calibri" w:eastAsia="Calibri"/>
          <w:b/>
          <w:i w:val="0"/>
          <w:color w:val="161F33"/>
          <w:sz w:val="21"/>
        </w:rPr>
        <w:t>SELECTED PROJECTS</w:t>
      </w:r>
    </w:p>
    <w:p>
      <w:pPr>
        <w:keepLines/>
        <w:spacing w:after="40"/>
      </w:pPr>
      <w:r>
        <w:rPr>
          <w:rFonts w:ascii="Calibri" w:hAnsi="Calibri" w:eastAsia="Calibri"/>
          <w:b w:val="0"/>
          <w:i w:val="0"/>
          <w:color w:val="1F2937"/>
          <w:sz w:val="19"/>
        </w:rPr>
        <w:t>[Project Name]  |  [Tech stack]  |  [GitHub / demo URL]</w:t>
      </w:r>
    </w:p>
    <w:p>
      <w:pPr>
        <w:keepLines/>
        <w:spacing w:after="40"/>
        <w:ind w:left="230" w:hanging="173"/>
      </w:pPr>
      <w:r>
        <w:rPr>
          <w:rFonts w:ascii="Calibri" w:hAnsi="Calibri" w:eastAsia="Calibri"/>
          <w:b w:val="0"/>
          <w:i w:val="0"/>
          <w:color w:val="1F2937"/>
          <w:sz w:val="19"/>
        </w:rPr>
        <w:t>• [Problem solved, your contribution and result.]</w:t>
      </w:r>
    </w:p>
    <w:p>
      <w:pPr>
        <w:keepNext/>
        <w:spacing w:before="140" w:after="60"/>
        <w:pBdr>
          <w:bottom w:val="single" w:sz="5" w:space="2" w:color="1D4ED8"/>
        </w:pBdr>
      </w:pPr>
      <w:r>
        <w:rPr>
          <w:rFonts w:ascii="Calibri" w:hAnsi="Calibri" w:eastAsia="Calibri"/>
          <w:b/>
          <w:i w:val="0"/>
          <w:color w:val="161F33"/>
          <w:sz w:val="21"/>
        </w:rPr>
        <w:t>EDUCATION</w:t>
      </w:r>
    </w:p>
    <w:p>
      <w:pPr>
        <w:keepLines/>
        <w:spacing w:after="40"/>
      </w:pPr>
      <w:r>
        <w:rPr>
          <w:rFonts w:ascii="Calibri" w:hAnsi="Calibri" w:eastAsia="Calibri"/>
          <w:b w:val="0"/>
          <w:i w:val="0"/>
          <w:color w:val="1F2937"/>
          <w:sz w:val="19"/>
        </w:rPr>
        <w:t>[Degree]  |  [Institution]  |  [Year]</w:t>
      </w:r>
    </w:p>
    <w:p>
      <w:pPr>
        <w:keepNext/>
        <w:spacing w:before="140" w:after="60"/>
        <w:pBdr>
          <w:bottom w:val="single" w:sz="5" w:space="2" w:color="1D4ED8"/>
        </w:pBdr>
      </w:pPr>
      <w:r>
        <w:rPr>
          <w:rFonts w:ascii="Calibri" w:hAnsi="Calibri" w:eastAsia="Calibri"/>
          <w:b/>
          <w:i w:val="0"/>
          <w:color w:val="161F33"/>
          <w:sz w:val="21"/>
        </w:rPr>
        <w:t>CERTIFICATIONS</w:t>
      </w:r>
    </w:p>
    <w:p>
      <w:pPr>
        <w:keepLines/>
        <w:spacing w:after="40"/>
      </w:pPr>
      <w:r>
        <w:rPr>
          <w:rFonts w:ascii="Calibri" w:hAnsi="Calibri" w:eastAsia="Calibri"/>
          <w:b w:val="0"/>
          <w:i w:val="0"/>
          <w:color w:val="1F2937"/>
          <w:sz w:val="19"/>
        </w:rPr>
        <w:t>[Cloud, security, data or engineering certification]</w:t>
      </w:r>
    </w:p>
    <w:sectPr w:rsidR="00FC693F" w:rsidRPr="0006063C" w:rsidSect="00034616">
      <w:footerReference w:type="default" r:id="rId9"/>
      <w:pgSz w:w="12240" w:h="15840"/>
      <w:pgMar w:top="893" w:right="979" w:bottom="893" w:left="9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Calibri" w:hAnsi="Calibri" w:eastAsia="Calibri"/>
        <w:b w:val="0"/>
        <w:i w:val="0"/>
        <w:color w:val="4B5563"/>
        <w:sz w:val="16"/>
      </w:rPr>
      <w:t>Resume template by Rishi Writes • Free for personal job-search use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50" w:lineRule="auto"/>
    </w:pPr>
    <w:rPr>
      <w:rFonts w:ascii="Calibri" w:hAnsi="Calibri" w:eastAsia="Calibri"/>
      <w:color w:val="1F2937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60"/>
      <w:outlineLvl w:val="0"/>
    </w:pPr>
    <w:rPr>
      <w:rFonts w:asciiTheme="majorHAnsi" w:eastAsiaTheme="majorEastAsia" w:hAnsiTheme="majorHAnsi" w:cstheme="majorBidi" w:ascii="Calibri" w:hAnsi="Calibri" w:eastAsia="Calibri"/>
      <w:b/>
      <w:bCs/>
      <w:color w:val="161F33"/>
      <w:sz w:val="2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 w:eastAsia="Calibr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Calibri" w:hAnsi="Calibri" w:eastAsia="Calibr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Stack</dc:title>
  <dc:subject>Original resume template for personal job-search use</dc:subject>
  <dc:creator>Rishi Writes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